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sz w:val="26"/>
        </w:rPr>
        <w:t>KGYM AERIAL ACROBATICS CUP</w:t>
      </w:r>
    </w:p>
    <w:p>
      <w:pPr>
        <w:spacing w:after="100"/>
      </w:pPr>
      <w:r>
        <w:rPr>
          <w:b/>
          <w:sz w:val="32"/>
        </w:rPr>
        <w:t>MAGIC IN THE AIR 2026</w:t>
      </w:r>
    </w:p>
    <w:p>
      <w:pPr>
        <w:spacing w:after="100"/>
      </w:pPr>
      <w:r>
        <w:rPr>
          <w:b/>
          <w:sz w:val="20"/>
        </w:rPr>
        <w:t>APPENDIX I — TEAM DECLARATION AND PARENTAL CONSENT</w:t>
      </w:r>
    </w:p>
    <w:p>
      <w:pPr>
        <w:spacing w:after="100"/>
      </w:pPr>
      <w:r>
        <w:rPr>
          <w:b w:val="0"/>
        </w:rPr>
        <w:t>4–6 December 2026  |  Menų spaustuvė, Šiltadaržio g. 6, Vilnius, Lithuania</w:t>
      </w:r>
    </w:p>
    <w:p>
      <w:pPr>
        <w:spacing w:after="100"/>
      </w:pPr>
      <w:r>
        <w:rPr>
          <w:b w:val="0"/>
        </w:rPr>
        <w:t>Team / Club: ______________________________________________________________</w:t>
      </w:r>
    </w:p>
    <w:p>
      <w:pPr>
        <w:spacing w:after="100"/>
      </w:pPr>
      <w:r>
        <w:rPr>
          <w:b w:val="0"/>
        </w:rPr>
        <w:t>Team Leader: ______________________________________________________________</w:t>
      </w:r>
    </w:p>
    <w:p>
      <w:pPr>
        <w:spacing w:after="100"/>
      </w:pPr>
      <w:r>
        <w:rPr>
          <w:b w:val="0"/>
        </w:rPr>
        <w:t>Email / Phone: _____________________________________________________________</w:t>
      </w:r>
    </w:p>
    <w:p>
      <w:pPr>
        <w:spacing w:after="100"/>
      </w:pPr>
      <w:r>
        <w:rPr>
          <w:b/>
          <w:sz w:val="22"/>
        </w:rPr>
        <w:t>Team leader’s declaration</w:t>
      </w:r>
    </w:p>
    <w:p>
      <w:pPr>
        <w:spacing w:after="100"/>
      </w:pPr>
      <w:r>
        <w:rPr>
          <w:b w:val="0"/>
        </w:rPr>
        <w:t>By signing, I confirm that:</w:t>
      </w:r>
    </w:p>
    <w:p>
      <w:pPr>
        <w:spacing w:after="100"/>
      </w:pPr>
      <w:r>
        <w:rPr>
          <w:b w:val="0"/>
        </w:rPr>
        <w:t>1. Parents/legal guardians of all listed minors have authorised their participation in this competition.</w:t>
      </w:r>
    </w:p>
    <w:p>
      <w:pPr>
        <w:spacing w:after="100"/>
      </w:pPr>
      <w:r>
        <w:rPr>
          <w:b w:val="0"/>
        </w:rPr>
        <w:t>2. To the best of my knowledge, the athletes are adequately prepared for their registered routines and categories; any known health or safety restrictions have been considered.</w:t>
      </w:r>
    </w:p>
    <w:p>
      <w:pPr>
        <w:spacing w:after="100"/>
      </w:pPr>
      <w:r>
        <w:rPr>
          <w:b w:val="0"/>
        </w:rPr>
        <w:t>3. Participants and their parents/legal guardians have been informed of the inherent risks of aerial acrobatics, and participants have been instructed to follow competition and safety rules.</w:t>
      </w:r>
    </w:p>
    <w:p>
      <w:pPr>
        <w:spacing w:after="100"/>
      </w:pPr>
      <w:r>
        <w:rPr>
          <w:b w:val="0"/>
        </w:rPr>
        <w:t>4. I have obtained and retained the relevant parental/legal guardian confirmations and can provide them to the organiser upon request.</w:t>
      </w:r>
    </w:p>
    <w:p>
      <w:pPr>
        <w:spacing w:after="100"/>
      </w:pPr>
      <w:r>
        <w:rPr>
          <w:b w:val="0"/>
        </w:rPr>
        <w:t>5. Photography/video recording for promotional use is authorised only for participants marked “Yes” below. A “No” does not prevent participation; reasonable efforts will be made to respect this choice.</w:t>
      </w:r>
    </w:p>
    <w:p>
      <w:pPr>
        <w:spacing w:after="100"/>
      </w:pPr>
      <w:r>
        <w:rPr>
          <w:b/>
        </w:rPr>
        <w:t>Participants (enter exact date of birth):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No.</w:t>
            </w:r>
          </w:p>
        </w:tc>
        <w:tc>
          <w:tcPr>
            <w:tcW w:type="dxa" w:w="2550"/>
          </w:tcPr>
          <w:p>
            <w:r>
              <w:t>Full name</w:t>
            </w:r>
          </w:p>
        </w:tc>
        <w:tc>
          <w:tcPr>
            <w:tcW w:type="dxa" w:w="2550"/>
          </w:tcPr>
          <w:p>
            <w:r>
              <w:t>Date of birth</w:t>
              <w:br/>
              <w:t>DD/MM/YYYY</w:t>
            </w:r>
          </w:p>
        </w:tc>
        <w:tc>
          <w:tcPr>
            <w:tcW w:type="dxa" w:w="2550"/>
          </w:tcPr>
          <w:p>
            <w:r>
              <w:t>Media consent</w:t>
              <w:br/>
              <w:t>Yes / No</w:t>
            </w:r>
          </w:p>
        </w:tc>
      </w:tr>
      <w:tr>
        <w:tc>
          <w:tcPr>
            <w:tcW w:type="dxa" w:w="2550"/>
          </w:tcPr>
          <w:p>
            <w:r>
              <w:t>1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2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3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4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5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6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7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8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  <w:tc>
          <w:tcPr>
            <w:tcW w:type="dxa" w:w="2550"/>
          </w:tcPr>
          <w:p>
            <w:r>
              <w:t xml:space="preserve"> </w:t>
            </w:r>
          </w:p>
        </w:tc>
      </w:tr>
    </w:tbl>
    <w:p>
      <w:pPr>
        <w:spacing w:after="100"/>
      </w:pPr>
      <w:r>
        <w:rPr>
          <w:b w:val="0"/>
        </w:rPr>
        <w:t>Team Leader’s signature: ______________________________    Date: __________________</w:t>
      </w:r>
    </w:p>
    <w:p>
      <w:pPr>
        <w:spacing w:after="100"/>
      </w:pPr>
      <w:r>
        <w:rPr>
          <w:b w:val="0"/>
          <w:sz w:val="16"/>
        </w:rPr>
        <w:t>Important: This declaration does not waive any legal rights or exclude the organiser’s liability under applicable law. The team must retain individual parental/legal guardian consents. Media preferences should also be communicated to the organiser before the event.</w:t>
      </w:r>
    </w:p>
    <w:sectPr w:rsidR="00FC693F" w:rsidRPr="0006063C" w:rsidSect="00034616"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